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הערכה חלופית בעידן ה-AI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העקרונות של יומן תהליך ומטרתו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סולם AIAS ואת רמות השימוש המומלצות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בניית שאלות חידון איכותיות לפי מבנה מוגדר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להראות את הדרך, ההחלטות והשינויים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בתוצרים יצירתיים עם הסבר בעל 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המטרה היא להראות את הדרך וההחלטות, לא להאריך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על החידון שאפשר להעביר בכיתה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AIAS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(מתעד החלטות ושינויים לאורך העבודה)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(סולם שמגדיר רמת שימוש מותרת בבינה מלאכותית)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(תשובה שגויה שנראית סבירה בשאלה סגורה)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הפעולות בבניית חידון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לבחור נושא וכיתת יעד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לכתוב ארבע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לכתוב שלוש שאלות יישום על מקרה מהחיים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לכתוב שתי שאלות השוואה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שאלה ברורה הקשורה לנושא, ארבעה מסיחים הגיוניים, ומשוב קצר ומדויק לכל מסיח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התלמיד יסביר שיומן התהליך מראה חשיבה, החלטות וקשיים, לא רק את התוצאה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יומן תהליך מתעד דרך והחלטות, תוצר סופי מראה רק את התוצאה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ברוב המשימות הרגילות שאינן יצירתיות או בדיקה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קצר וברור למה התשובה נכונה או שגויה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את שאלות ה-mc ולענות יחד ככיתה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לתת דוגמה אחת מלאה של שאלה עם מסיחים לפני שהתלמידים כותבים בעצמם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החינוך המיוחד מומלץ להשמיט את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הערכה חלופית בעידן ה-AI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נלמד על דרכים חדשות להעריך למידה בעידן שבו יש כלי בינה מלאכותית, ונתרגל בניית חידון כיתתי לפי עקרונות של הבנה, יישום, השוואה ועמדה מנומקת.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תהליך  ·  AIAS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המטרה העיקרית של יומן תהליך?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להאריך את העבודה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להראות את הדרך, ההחלטות והשינויים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לבדוק כתב 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מתי מומלץ להשתמש ברמה 4 של הסולם?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בתוצרים יצירתיים עם הסבר בעל 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בבדיקות כתיבה רגילות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בשיעורי בית יומיים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יומן תהליך נועד להאריך את העבודה.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בחידון בכיתה ניתן משוב מיידי אחרי כל שאלה.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יומן __________ מראה את הדרך, ההחלטות והשינויים בעבודה.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סולם __________ מגדיר כמה מותר להשתמש בבינה מלאכותית במשימה.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יומן תהליך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תשובה שגויה שנראית סבירה בשאלה סגורה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AIAS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מתעד החלטות ושינויים לאורך העבודה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מסיח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סולם שמגדיר רמת שימוש מותרת בבינה מלאכותית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הפעולות בבניית חידון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לכתוב שתי שאלות השוואה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לכתוב שלוש שאלות יישום על מקרה מהחיים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לבחור נושא וכיתת יעד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לכתוב ארבע שאלות הבנה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שאלת הבנה אחת בנושא שלמדתם, חברו לה 4 מסיחים סבירים, ולכל מסיח כתבו משוב קצר שמסביר למה הוא שגוי.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הסבירו במילים שלכם למה יומן תהליך יכול לשקף למידה טוב יותר מתוצר סופי בלבד.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יומן תהליך לתוצר סופי?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מתי כדאי להשתמש ברמה 2-3 של סולם AIAS?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הערכה חלופית בעידן ה-AI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