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העקרונות של יומן תהליך ומטרתו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סולם AIAS ואת רמות השימוש המומלצות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חידון איכותיות לפי מבנה מוגדר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להראות את הדרך, ההחלטות והשינויים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רמה 2-3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בתוצרים יצירתיים עם הסבר בעל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היא להראות את הדרך וההחלטות, לא להאריך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על החידון שאפשר להעביר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רמה 1 מומלצת לנקודות עצירה בכיתה, לא לתוצרים יצירתיים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מופיע במבנה המוצע לבניית חידון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(מתעד החלטות ושינויים לאורך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(סולם שמגדיר רמת שימוש מותרת בבינה מלאכותית)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(תשובה שגויה שנראית סבירה בשאלה סגורה)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(תגובה שמתקבלת מייד אחרי מענה על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(כלי שמפרט קריטריונים להערכת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בבניית 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נושא וכיתת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ארבע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שלוש שאלות יישום על מקרה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שתי שאלות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שאלת עמדה מנומקת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ברורה הקשורה לנושא, ארבעה מסיחים הגיוניים, ומשוב קצר ומדויק לכל מסיח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שיומן התהליך מראה חשיבה, החלטות וקשיים, לא רק את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יומן תהליך מתעד דרך והחלטות, תוצר סופי מראה רק את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ברוב המשימות הרגילות שאינן יצירתיות או בדיקה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קצר וברור למה התשובה נכונה או שגויה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שאלות ה-mc ולענות יחד ככיתה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מלאה של שאלה עם מסיחים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מעריכים עבודה של תלמידים כשיש כלים חכמים. נתרגל לבנות שאלות חידון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כותבים את ההחלטות והשינויים שעשו תוך כדי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שקובע כמה מותר להשתמש בבינה מלאכותית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שמפרטת לפי מה מעריכים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שכותבים כדי לקבל תוצר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שגויה שנראית סבירה בשאלה עם אפשרויות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מיידי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תגובה שמקבלים מייד אחרי שעונים על 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להעריך לא רק תוצר סופי אלא גם את הדרך אליו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בשביל מה כותבים יומן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להאריך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את הדרך, ההחלטות והשינויים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את המחוון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דרגות יש בסולם השימוש בבינה מלאכותית?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רמה הכי מתאימה לרוב המשימות?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2-3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המלצה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כדאי להשתמש ברמה הכי גבוהה?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בתוצרים יצירתיים עם הסבר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בבדיקות כתיבה רגילות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בשיעורי בית יומיים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הבנה צריכות להיות בחידון?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תהליך נועד להאריך את העבודה.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בכיתה ניתן משוב מיידי אחרי כל שאלה.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רמה 1 בסולם מומלצת לתוצרים יצירתיים עם הסבר בעל 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טוב לפי ההנחיה כולל שאלת עמדה מנומקת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יומן __________ מראה את הדרך, ההחלטות והשינויים בעבודה.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סולם __________ מגדיר כמה מותר להשתמש בבינה מלאכותית במשימה.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בחידון כיתתי מומלץ לכלול __________ שאלות יישום על מקרה מהחיים.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שאלה סגורה כדאי לכתוב __________ מסיחים סבירים.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חשוב להימנע משאלות שאפשר לענות עליהן ב__________ מהספר.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תשובה שגויה שנראית סבירה בשאלה סגורה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שמפרט קריטריונים להערכת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סולם שמגדיר רמת שימוש מותרת בבינה מלאכותית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מיידי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מתעד החלטות ושינויים לאורך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תגובה שמתקבלת מייד אחרי מענה על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בבניית חידון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שתי שאלות השוואה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שאלת עמדה מנומקת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ארבע שאלות הבנה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שלוש שאלות יישום על מקרה מהחיים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נושא וכיתת יעד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הבנה אחת בנושא שלמדתם, חברו לה 4 מסיחים סבירים, ולכל מסיח כתבו משוב קצר שמסביר למה הוא שגוי.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יומן תהליך יכול לשקף למידה טוב יותר מתוצר סופי בלבד.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יומן תהליך לתוצר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כדאי להשתמש ברמה 2-3 של 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במשוב על שאלה עם מסיחים?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