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העקרונות של יומן תהליך ומטרתו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סולם AIAS ואת רמות השימוש המומלצות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שאלות חידון איכותיות לפי מבנה מוגדר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להראות את הדרך, ההחלטות והשינויים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רמה 2-3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בתוצרים יצירתיים עם הסבר בעל 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ארבע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להראות את הדרך וההחלטות, לא להאריך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על החידון שאפשר להעביר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רמה 1 מומלצת לנקודות עצירה בכיתה, לא לתוצרים יצירתיים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מופיע במבנה המוצע לבניית חידון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העתקה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(מתעד החלטות ושינויים לאורך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(סולם שמגדיר רמת שימוש מותרת בבינה מלאכותית)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(תשובה שגויה שנראית סבירה בשאלה סגורה)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(תגובה שמתקבלת מייד אחרי מענה על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שמפרט קריטריונים להערכת עבודה)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בבניית חידון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נושא וכיתת יעד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ארבע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שלוש שאלות יישום על מקרה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לכתוב שתי שאלות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לכתוב שאלת עמדה מנומקת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ברורה הקשורה לנושא, ארבעה מסיחים הגיוניים, ומשוב קצר ומדויק לכל מסיח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יסביר שיומן התהליך מראה חשיבה, החלטות וקשיים, לא רק את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תהליך מתעד דרך והחלטות, תוצר סופי מראה רק את התוצאה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ברוב המשימות הרגילות שאינן יצירתיות או בדיקה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קצר וברור למה התשובה נכונה או שגויה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שאלות ה-mc ולענות יחד ככיתה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מלאה של שאלה עם מסיחים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החינוך המיוחד מומלץ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דרכים חדשות להעריך למידה בעידן שבו יש כלי בינה מלאכותית, ונתרגל בניית חידון כיתתי לפי עקרונות של הבנה, יישום, השוואה ועמדה מנומקת.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יומן 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להאריך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את הדרך, ההחלטות והשינויים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כתב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להחליף את המחוון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רמות יש בסולם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רמה מומלץ להשתמש ברוב המשימות?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רמה 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המלצה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מומלץ להשתמש ברמה 4 של הסולם?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בתוצרים יצירתיים עם הסבר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בבדיקות כתיבה רגילות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בשיעורי בית יומיים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הבנה צריך לכלול חידון של 10 שאלות לפי ההנחיה?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יומן תהליך נועד להאריך את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בחידון בכיתה ניתן משוב מיידי אחרי כל שאלה.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רמה 1 בסולם מומלצת לתוצרים יצירתיים עם הסבר בעל 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חידון טוב לפי ההנחיה כולל שאלת עמדה מנומקת אחת.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יומן __________ מראה את הדרך, ההחלטות והשינויים בעבודה.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סולם __________ מגדיר כמה מותר להשתמש בבינה מלאכותית במשימה.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בחידון כיתתי מומלץ לכלול __________ שאלות יישום על מקרה מהחיים.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שאלה סגורה כדאי לכתוב __________ מסיחים סבירים.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חשוב להימנע משאלות שאפשר לענות עליהן ב__________ מהספר.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תגובה שמתקבלת מייד אחרי מענה על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מתעד החלטות ושינויים לאורך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שמפרט קריטריונים להערכת 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מיידי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תשובה שגויה שנראית סבירה בשאלה סגורה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סולם שמגדיר רמת שימוש מותרת בבינה מלאכותית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בבניית חידון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ארבע שאלות הבנה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שלוש שאלות יישום על מקרה מהחיים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נושא וכיתת יעד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שאלת עמדה מנומקת אחת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שתי שאלות השוואה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שאלת הבנה אחת בנושא שלמדתם, חברו לה 4 מסיחים סבירים, ולכל מסיח כתבו משוב קצר שמסביר למה הוא שגוי.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יומן תהליך יכול לשקף למידה טוב יותר מתוצר סופי בלבד.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יומן תהליך לתוצר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כדאי להשתמש ברמה 2-3 של סולם AIAS?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לכלול במשוב על שאלה עם מסיחים?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